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DA902" w14:textId="77777777" w:rsidR="00D67871" w:rsidRDefault="00000000">
      <w:pPr>
        <w:spacing w:after="0"/>
        <w:jc w:val="center"/>
      </w:pPr>
      <w:r>
        <w:rPr>
          <w:noProof/>
        </w:rPr>
        <w:drawing>
          <wp:inline distT="0" distB="0" distL="0" distR="0" wp14:anchorId="764726F1" wp14:editId="1BFC9468">
            <wp:extent cx="1440000" cy="24528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245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2561E" w14:textId="77777777" w:rsidR="007E0A60" w:rsidRDefault="007E0A60">
      <w:pPr>
        <w:spacing w:after="0"/>
        <w:jc w:val="center"/>
        <w:rPr>
          <w:b/>
          <w:color w:val="3C5E90"/>
          <w:sz w:val="28"/>
        </w:rPr>
      </w:pPr>
    </w:p>
    <w:p w14:paraId="3BC97DC8" w14:textId="595149A0" w:rsidR="00D67871" w:rsidRPr="007F7791" w:rsidRDefault="00000000">
      <w:pPr>
        <w:spacing w:after="0"/>
        <w:jc w:val="center"/>
        <w:rPr>
          <w:color w:val="auto"/>
        </w:rPr>
      </w:pPr>
      <w:r w:rsidRPr="007F7791">
        <w:rPr>
          <w:b/>
          <w:color w:val="auto"/>
          <w:sz w:val="28"/>
        </w:rPr>
        <w:t>OBRAZAC ZA POVRAT ILI ZAMENU ROBE</w:t>
      </w:r>
    </w:p>
    <w:p w14:paraId="3BEB2325" w14:textId="77777777" w:rsidR="00D67871" w:rsidRDefault="00000000">
      <w:pPr>
        <w:spacing w:after="60"/>
        <w:jc w:val="center"/>
      </w:pPr>
      <w:r>
        <w:rPr>
          <w:color w:val="667085"/>
          <w:sz w:val="16"/>
        </w:rPr>
        <w:t>Popunite obrazac čitko i priložite ga uz paket koji vraćate ili šaljete na zamenu.</w:t>
      </w:r>
    </w:p>
    <w:tbl>
      <w:tblPr>
        <w:tblW w:w="9781" w:type="dxa"/>
        <w:jc w:val="center"/>
        <w:tblLayout w:type="fixed"/>
        <w:tblLook w:val="04A0" w:firstRow="1" w:lastRow="0" w:firstColumn="1" w:lastColumn="0" w:noHBand="0" w:noVBand="1"/>
      </w:tblPr>
      <w:tblGrid>
        <w:gridCol w:w="2991"/>
        <w:gridCol w:w="1354"/>
        <w:gridCol w:w="564"/>
        <w:gridCol w:w="1693"/>
        <w:gridCol w:w="1016"/>
        <w:gridCol w:w="2163"/>
      </w:tblGrid>
      <w:tr w:rsidR="00D67871" w14:paraId="6BCF981F" w14:textId="77777777" w:rsidTr="007F7791">
        <w:trPr>
          <w:trHeight w:hRule="exact" w:val="408"/>
          <w:jc w:val="center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000000" w:themeFill="text1"/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46B012D7" w14:textId="77777777" w:rsidR="00D67871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1 PODACI O KUPCU</w:t>
            </w:r>
          </w:p>
        </w:tc>
      </w:tr>
      <w:tr w:rsidR="00D67871" w14:paraId="5B553CDB" w14:textId="77777777" w:rsidTr="00457F14">
        <w:trPr>
          <w:trHeight w:hRule="exact" w:val="652"/>
          <w:jc w:val="center"/>
        </w:trPr>
        <w:tc>
          <w:tcPr>
            <w:tcW w:w="4909" w:type="dxa"/>
            <w:gridSpan w:val="3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160BCB2F" w14:textId="77777777" w:rsidR="00D67871" w:rsidRDefault="00000000">
            <w:pPr>
              <w:spacing w:after="0"/>
            </w:pPr>
            <w:r w:rsidRPr="007F7791">
              <w:rPr>
                <w:b/>
                <w:color w:val="auto"/>
                <w:sz w:val="15"/>
              </w:rPr>
              <w:t>Ime i prezime</w:t>
            </w:r>
            <w:r>
              <w:rPr>
                <w:b/>
                <w:color w:val="667085"/>
                <w:sz w:val="15"/>
              </w:rPr>
              <w:br/>
            </w:r>
            <w:r>
              <w:rPr>
                <w:color w:val="B9C8DA"/>
              </w:rPr>
              <w:t>____________________________________</w:t>
            </w:r>
          </w:p>
        </w:tc>
        <w:tc>
          <w:tcPr>
            <w:tcW w:w="4872" w:type="dxa"/>
            <w:gridSpan w:val="3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5D7E8F88" w14:textId="77777777" w:rsidR="00D67871" w:rsidRDefault="00000000">
            <w:pPr>
              <w:spacing w:after="0"/>
            </w:pPr>
            <w:r w:rsidRPr="007F7791">
              <w:rPr>
                <w:b/>
                <w:color w:val="auto"/>
                <w:sz w:val="15"/>
              </w:rPr>
              <w:t>Telefon</w:t>
            </w:r>
            <w:r>
              <w:rPr>
                <w:b/>
                <w:color w:val="667085"/>
                <w:sz w:val="15"/>
              </w:rPr>
              <w:br/>
            </w:r>
            <w:r>
              <w:rPr>
                <w:color w:val="B9C8DA"/>
              </w:rPr>
              <w:t>____________________________________</w:t>
            </w:r>
          </w:p>
        </w:tc>
      </w:tr>
      <w:tr w:rsidR="00D67871" w14:paraId="4006725F" w14:textId="77777777" w:rsidTr="00457F14">
        <w:trPr>
          <w:trHeight w:hRule="exact" w:val="652"/>
          <w:jc w:val="center"/>
        </w:trPr>
        <w:tc>
          <w:tcPr>
            <w:tcW w:w="4909" w:type="dxa"/>
            <w:gridSpan w:val="3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700C7F56" w14:textId="77777777" w:rsidR="00D67871" w:rsidRDefault="00000000">
            <w:pPr>
              <w:spacing w:after="0"/>
            </w:pPr>
            <w:r w:rsidRPr="007F7791">
              <w:rPr>
                <w:b/>
                <w:color w:val="auto"/>
                <w:sz w:val="15"/>
              </w:rPr>
              <w:t>Adresa / mesto / poštanski broj</w:t>
            </w:r>
            <w:r w:rsidRPr="007F7791">
              <w:rPr>
                <w:b/>
                <w:color w:val="auto"/>
                <w:sz w:val="15"/>
              </w:rPr>
              <w:br/>
            </w:r>
            <w:r>
              <w:rPr>
                <w:color w:val="B9C8DA"/>
              </w:rPr>
              <w:t>____________________________________</w:t>
            </w:r>
          </w:p>
        </w:tc>
        <w:tc>
          <w:tcPr>
            <w:tcW w:w="4872" w:type="dxa"/>
            <w:gridSpan w:val="3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2A7E0805" w14:textId="77777777" w:rsidR="00D67871" w:rsidRDefault="00000000">
            <w:pPr>
              <w:spacing w:after="0"/>
            </w:pPr>
            <w:r w:rsidRPr="007F7791">
              <w:rPr>
                <w:b/>
                <w:color w:val="auto"/>
                <w:sz w:val="15"/>
              </w:rPr>
              <w:t>E-mail</w:t>
            </w:r>
            <w:r w:rsidRPr="007F7791">
              <w:rPr>
                <w:b/>
                <w:color w:val="auto"/>
                <w:sz w:val="15"/>
              </w:rPr>
              <w:br/>
            </w:r>
            <w:r>
              <w:rPr>
                <w:color w:val="B9C8DA"/>
              </w:rPr>
              <w:t>____________________________________</w:t>
            </w:r>
          </w:p>
        </w:tc>
      </w:tr>
      <w:tr w:rsidR="00D67871" w14:paraId="0CE50017" w14:textId="77777777" w:rsidTr="007F7791">
        <w:trPr>
          <w:trHeight w:hRule="exact" w:val="408"/>
          <w:jc w:val="center"/>
        </w:trPr>
        <w:tc>
          <w:tcPr>
            <w:tcW w:w="9781" w:type="dxa"/>
            <w:gridSpan w:val="6"/>
            <w:shd w:val="clear" w:color="auto" w:fill="000000" w:themeFill="text1"/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525E7616" w14:textId="77777777" w:rsidR="00D67871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2 PODACI O PORUDŽBINI</w:t>
            </w:r>
          </w:p>
        </w:tc>
      </w:tr>
      <w:tr w:rsidR="00D67871" w14:paraId="014C0CA0" w14:textId="77777777" w:rsidTr="00457F14">
        <w:trPr>
          <w:trHeight w:hRule="exact" w:val="652"/>
          <w:jc w:val="center"/>
        </w:trPr>
        <w:tc>
          <w:tcPr>
            <w:tcW w:w="4909" w:type="dxa"/>
            <w:gridSpan w:val="3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48411A84" w14:textId="77777777" w:rsidR="00D67871" w:rsidRDefault="00000000">
            <w:pPr>
              <w:spacing w:after="0"/>
            </w:pPr>
            <w:r w:rsidRPr="007F7791">
              <w:rPr>
                <w:b/>
                <w:color w:val="auto"/>
                <w:sz w:val="15"/>
              </w:rPr>
              <w:t>Broj porudžbine</w:t>
            </w:r>
            <w:r w:rsidRPr="007F7791">
              <w:rPr>
                <w:b/>
                <w:color w:val="auto"/>
                <w:sz w:val="15"/>
              </w:rPr>
              <w:br/>
            </w:r>
            <w:r>
              <w:rPr>
                <w:color w:val="B9C8DA"/>
              </w:rPr>
              <w:t>____________________________________</w:t>
            </w:r>
          </w:p>
        </w:tc>
        <w:tc>
          <w:tcPr>
            <w:tcW w:w="4872" w:type="dxa"/>
            <w:gridSpan w:val="3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04A32195" w14:textId="77777777" w:rsidR="00D67871" w:rsidRDefault="00000000">
            <w:pPr>
              <w:spacing w:after="0"/>
            </w:pPr>
            <w:r w:rsidRPr="007F7791">
              <w:rPr>
                <w:b/>
                <w:color w:val="auto"/>
                <w:sz w:val="15"/>
              </w:rPr>
              <w:t>Datum porudžbine</w:t>
            </w:r>
            <w:r w:rsidRPr="007F7791">
              <w:rPr>
                <w:b/>
                <w:color w:val="auto"/>
                <w:sz w:val="15"/>
              </w:rPr>
              <w:br/>
            </w:r>
            <w:r>
              <w:rPr>
                <w:color w:val="B9C8DA"/>
              </w:rPr>
              <w:t>____________________________________</w:t>
            </w:r>
          </w:p>
        </w:tc>
      </w:tr>
      <w:tr w:rsidR="00D67871" w14:paraId="30E8FBCA" w14:textId="77777777" w:rsidTr="00457F14">
        <w:trPr>
          <w:trHeight w:hRule="exact" w:val="652"/>
          <w:jc w:val="center"/>
        </w:trPr>
        <w:tc>
          <w:tcPr>
            <w:tcW w:w="4909" w:type="dxa"/>
            <w:gridSpan w:val="3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5D8D1224" w14:textId="77777777" w:rsidR="00D67871" w:rsidRDefault="00000000">
            <w:pPr>
              <w:spacing w:after="0"/>
            </w:pPr>
            <w:r w:rsidRPr="007F7791">
              <w:rPr>
                <w:b/>
                <w:color w:val="auto"/>
                <w:sz w:val="15"/>
              </w:rPr>
              <w:t>Datum prijema robe</w:t>
            </w:r>
            <w:r w:rsidRPr="007F7791">
              <w:rPr>
                <w:b/>
                <w:color w:val="auto"/>
                <w:sz w:val="15"/>
              </w:rPr>
              <w:br/>
            </w:r>
            <w:r>
              <w:rPr>
                <w:color w:val="B9C8DA"/>
              </w:rPr>
              <w:t>____________________________________</w:t>
            </w:r>
          </w:p>
        </w:tc>
        <w:tc>
          <w:tcPr>
            <w:tcW w:w="4872" w:type="dxa"/>
            <w:gridSpan w:val="3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07FDDBE1" w14:textId="77777777" w:rsidR="00D67871" w:rsidRDefault="00000000">
            <w:pPr>
              <w:spacing w:after="0"/>
            </w:pPr>
            <w:r w:rsidRPr="007F7791">
              <w:rPr>
                <w:b/>
                <w:color w:val="auto"/>
                <w:sz w:val="15"/>
              </w:rPr>
              <w:t>Način plaćanja</w:t>
            </w:r>
            <w:r w:rsidRPr="007F7791">
              <w:rPr>
                <w:b/>
                <w:color w:val="auto"/>
                <w:sz w:val="15"/>
              </w:rPr>
              <w:br/>
            </w:r>
            <w:r>
              <w:rPr>
                <w:sz w:val="16"/>
              </w:rPr>
              <w:t>☐ Kartica     ☐ Pouzećem     ☐ Drugo</w:t>
            </w:r>
          </w:p>
        </w:tc>
      </w:tr>
      <w:tr w:rsidR="00D67871" w14:paraId="0B4B4CC4" w14:textId="77777777" w:rsidTr="007F7791">
        <w:trPr>
          <w:trHeight w:hRule="exact" w:val="408"/>
          <w:jc w:val="center"/>
        </w:trPr>
        <w:tc>
          <w:tcPr>
            <w:tcW w:w="9781" w:type="dxa"/>
            <w:gridSpan w:val="6"/>
            <w:shd w:val="clear" w:color="auto" w:fill="000000" w:themeFill="text1"/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75103EEF" w14:textId="77777777" w:rsidR="00D67871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3 PROIZVOD / PROIZVODI KOJI SE VRAĆAJU ILI MENJAJU</w:t>
            </w:r>
          </w:p>
        </w:tc>
      </w:tr>
      <w:tr w:rsidR="00D67871" w14:paraId="696C62C4" w14:textId="77777777" w:rsidTr="00457F14">
        <w:trPr>
          <w:trHeight w:hRule="exact" w:val="351"/>
          <w:jc w:val="center"/>
        </w:trPr>
        <w:tc>
          <w:tcPr>
            <w:tcW w:w="2991" w:type="dxa"/>
            <w:tcBorders>
              <w:top w:val="single" w:sz="4" w:space="0" w:color="3C5E90"/>
              <w:left w:val="single" w:sz="4" w:space="0" w:color="3C5E90"/>
              <w:bottom w:val="single" w:sz="4" w:space="0" w:color="3C5E90"/>
              <w:right w:val="single" w:sz="4" w:space="0" w:color="3C5E90"/>
            </w:tcBorders>
            <w:shd w:val="clear" w:color="auto" w:fill="F4F7FB"/>
            <w:tcMar>
              <w:top w:w="55" w:type="dxa"/>
              <w:left w:w="25" w:type="dxa"/>
              <w:bottom w:w="55" w:type="dxa"/>
              <w:right w:w="25" w:type="dxa"/>
            </w:tcMar>
          </w:tcPr>
          <w:p w14:paraId="62CCAAEE" w14:textId="77777777" w:rsidR="00D67871" w:rsidRPr="007F7791" w:rsidRDefault="00000000">
            <w:pPr>
              <w:spacing w:after="0"/>
              <w:jc w:val="center"/>
              <w:rPr>
                <w:color w:val="auto"/>
              </w:rPr>
            </w:pPr>
            <w:r w:rsidRPr="007F7791">
              <w:rPr>
                <w:b/>
                <w:color w:val="auto"/>
                <w:sz w:val="14"/>
              </w:rPr>
              <w:t>Naziv proizvoda</w:t>
            </w:r>
          </w:p>
        </w:tc>
        <w:tc>
          <w:tcPr>
            <w:tcW w:w="1354" w:type="dxa"/>
            <w:tcBorders>
              <w:top w:val="single" w:sz="4" w:space="0" w:color="3C5E90"/>
              <w:left w:val="single" w:sz="4" w:space="0" w:color="3C5E90"/>
              <w:bottom w:val="single" w:sz="4" w:space="0" w:color="3C5E90"/>
              <w:right w:val="single" w:sz="4" w:space="0" w:color="3C5E90"/>
            </w:tcBorders>
            <w:shd w:val="clear" w:color="auto" w:fill="F4F7FB"/>
            <w:tcMar>
              <w:top w:w="55" w:type="dxa"/>
              <w:left w:w="25" w:type="dxa"/>
              <w:bottom w:w="55" w:type="dxa"/>
              <w:right w:w="25" w:type="dxa"/>
            </w:tcMar>
          </w:tcPr>
          <w:p w14:paraId="60C66159" w14:textId="77777777" w:rsidR="00D67871" w:rsidRPr="007F7791" w:rsidRDefault="00000000">
            <w:pPr>
              <w:spacing w:after="0"/>
              <w:jc w:val="center"/>
              <w:rPr>
                <w:color w:val="auto"/>
              </w:rPr>
            </w:pPr>
            <w:r w:rsidRPr="007F7791">
              <w:rPr>
                <w:b/>
                <w:color w:val="auto"/>
                <w:sz w:val="14"/>
              </w:rPr>
              <w:t>Šifra / SKU</w:t>
            </w:r>
          </w:p>
        </w:tc>
        <w:tc>
          <w:tcPr>
            <w:tcW w:w="2257" w:type="dxa"/>
            <w:gridSpan w:val="2"/>
            <w:tcBorders>
              <w:top w:val="single" w:sz="4" w:space="0" w:color="3C5E90"/>
              <w:left w:val="single" w:sz="4" w:space="0" w:color="3C5E90"/>
              <w:bottom w:val="single" w:sz="4" w:space="0" w:color="3C5E90"/>
              <w:right w:val="single" w:sz="4" w:space="0" w:color="3C5E90"/>
            </w:tcBorders>
            <w:shd w:val="clear" w:color="auto" w:fill="F4F7FB"/>
            <w:tcMar>
              <w:top w:w="55" w:type="dxa"/>
              <w:left w:w="25" w:type="dxa"/>
              <w:bottom w:w="55" w:type="dxa"/>
              <w:right w:w="25" w:type="dxa"/>
            </w:tcMar>
          </w:tcPr>
          <w:p w14:paraId="35917AF5" w14:textId="16475D5E" w:rsidR="00D67871" w:rsidRDefault="00000000">
            <w:pPr>
              <w:spacing w:after="0"/>
              <w:jc w:val="center"/>
            </w:pPr>
            <w:proofErr w:type="spellStart"/>
            <w:r w:rsidRPr="007F7791">
              <w:rPr>
                <w:b/>
                <w:color w:val="auto"/>
                <w:sz w:val="14"/>
              </w:rPr>
              <w:t>Veličina</w:t>
            </w:r>
            <w:proofErr w:type="spellEnd"/>
            <w:r w:rsidRPr="007F7791">
              <w:rPr>
                <w:b/>
                <w:color w:val="auto"/>
                <w:sz w:val="14"/>
              </w:rPr>
              <w:t xml:space="preserve"> / </w:t>
            </w:r>
            <w:proofErr w:type="spellStart"/>
            <w:r w:rsidRPr="007F7791">
              <w:rPr>
                <w:b/>
                <w:color w:val="auto"/>
                <w:sz w:val="14"/>
              </w:rPr>
              <w:t>boja</w:t>
            </w:r>
            <w:proofErr w:type="spellEnd"/>
            <w:r w:rsidRPr="007F7791">
              <w:rPr>
                <w:b/>
                <w:color w:val="auto"/>
                <w:sz w:val="14"/>
              </w:rPr>
              <w:t xml:space="preserve"> / </w:t>
            </w:r>
            <w:proofErr w:type="spellStart"/>
            <w:r w:rsidR="007E0A60" w:rsidRPr="007F7791">
              <w:rPr>
                <w:b/>
                <w:color w:val="auto"/>
                <w:sz w:val="14"/>
              </w:rPr>
              <w:t>dezen</w:t>
            </w:r>
            <w:proofErr w:type="spellEnd"/>
          </w:p>
        </w:tc>
        <w:tc>
          <w:tcPr>
            <w:tcW w:w="1016" w:type="dxa"/>
            <w:tcBorders>
              <w:top w:val="single" w:sz="4" w:space="0" w:color="3C5E90"/>
              <w:left w:val="single" w:sz="4" w:space="0" w:color="3C5E90"/>
              <w:bottom w:val="single" w:sz="4" w:space="0" w:color="3C5E90"/>
              <w:right w:val="single" w:sz="4" w:space="0" w:color="3C5E90"/>
            </w:tcBorders>
            <w:shd w:val="clear" w:color="auto" w:fill="F4F7FB"/>
            <w:tcMar>
              <w:top w:w="55" w:type="dxa"/>
              <w:left w:w="25" w:type="dxa"/>
              <w:bottom w:w="55" w:type="dxa"/>
              <w:right w:w="25" w:type="dxa"/>
            </w:tcMar>
          </w:tcPr>
          <w:p w14:paraId="2926EADD" w14:textId="77777777" w:rsidR="00D67871" w:rsidRPr="007F7791" w:rsidRDefault="00000000">
            <w:pPr>
              <w:spacing w:after="0"/>
              <w:jc w:val="center"/>
              <w:rPr>
                <w:color w:val="auto"/>
              </w:rPr>
            </w:pPr>
            <w:r w:rsidRPr="007F7791">
              <w:rPr>
                <w:b/>
                <w:color w:val="auto"/>
                <w:sz w:val="14"/>
              </w:rPr>
              <w:t>Količina</w:t>
            </w:r>
          </w:p>
        </w:tc>
        <w:tc>
          <w:tcPr>
            <w:tcW w:w="2163" w:type="dxa"/>
            <w:tcBorders>
              <w:top w:val="single" w:sz="4" w:space="0" w:color="3C5E90"/>
              <w:left w:val="single" w:sz="4" w:space="0" w:color="3C5E90"/>
              <w:bottom w:val="single" w:sz="4" w:space="0" w:color="3C5E90"/>
              <w:right w:val="single" w:sz="4" w:space="0" w:color="3C5E90"/>
            </w:tcBorders>
            <w:shd w:val="clear" w:color="auto" w:fill="F4F7FB"/>
            <w:tcMar>
              <w:top w:w="55" w:type="dxa"/>
              <w:left w:w="25" w:type="dxa"/>
              <w:bottom w:w="55" w:type="dxa"/>
              <w:right w:w="25" w:type="dxa"/>
            </w:tcMar>
          </w:tcPr>
          <w:p w14:paraId="550CDC4D" w14:textId="77777777" w:rsidR="00D67871" w:rsidRPr="007F7791" w:rsidRDefault="00000000">
            <w:pPr>
              <w:spacing w:after="0"/>
              <w:jc w:val="center"/>
              <w:rPr>
                <w:color w:val="auto"/>
              </w:rPr>
            </w:pPr>
            <w:r w:rsidRPr="007F7791">
              <w:rPr>
                <w:b/>
                <w:color w:val="auto"/>
                <w:sz w:val="14"/>
              </w:rPr>
              <w:t>Cena (RSD)</w:t>
            </w:r>
          </w:p>
        </w:tc>
      </w:tr>
      <w:tr w:rsidR="00D67871" w14:paraId="52D1BAA3" w14:textId="77777777" w:rsidTr="00457F14">
        <w:trPr>
          <w:trHeight w:hRule="exact" w:val="635"/>
          <w:jc w:val="center"/>
        </w:trPr>
        <w:tc>
          <w:tcPr>
            <w:tcW w:w="2991" w:type="dxa"/>
            <w:tcBorders>
              <w:top w:val="single" w:sz="4" w:space="0" w:color="B9C8DA"/>
              <w:left w:val="single" w:sz="4" w:space="0" w:color="B9C8DA"/>
              <w:bottom w:val="single" w:sz="4" w:space="0" w:color="B9C8DA"/>
              <w:right w:val="single" w:sz="4" w:space="0" w:color="B9C8DA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E15EF83" w14:textId="77777777" w:rsidR="00D67871" w:rsidRDefault="00D67871"/>
        </w:tc>
        <w:tc>
          <w:tcPr>
            <w:tcW w:w="1354" w:type="dxa"/>
            <w:tcBorders>
              <w:top w:val="single" w:sz="4" w:space="0" w:color="B9C8DA"/>
              <w:left w:val="single" w:sz="4" w:space="0" w:color="B9C8DA"/>
              <w:bottom w:val="single" w:sz="4" w:space="0" w:color="B9C8DA"/>
              <w:right w:val="single" w:sz="4" w:space="0" w:color="B9C8DA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A926D87" w14:textId="77777777" w:rsidR="00D67871" w:rsidRDefault="00D67871"/>
        </w:tc>
        <w:tc>
          <w:tcPr>
            <w:tcW w:w="2257" w:type="dxa"/>
            <w:gridSpan w:val="2"/>
            <w:tcBorders>
              <w:top w:val="single" w:sz="4" w:space="0" w:color="B9C8DA"/>
              <w:left w:val="single" w:sz="4" w:space="0" w:color="B9C8DA"/>
              <w:bottom w:val="single" w:sz="4" w:space="0" w:color="B9C8DA"/>
              <w:right w:val="single" w:sz="4" w:space="0" w:color="B9C8DA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E808DF6" w14:textId="77777777" w:rsidR="00D67871" w:rsidRDefault="00D67871"/>
        </w:tc>
        <w:tc>
          <w:tcPr>
            <w:tcW w:w="1016" w:type="dxa"/>
            <w:tcBorders>
              <w:top w:val="single" w:sz="4" w:space="0" w:color="B9C8DA"/>
              <w:left w:val="single" w:sz="4" w:space="0" w:color="B9C8DA"/>
              <w:bottom w:val="single" w:sz="4" w:space="0" w:color="B9C8DA"/>
              <w:right w:val="single" w:sz="4" w:space="0" w:color="B9C8DA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4D2FFDE" w14:textId="77777777" w:rsidR="00D67871" w:rsidRDefault="00D67871"/>
        </w:tc>
        <w:tc>
          <w:tcPr>
            <w:tcW w:w="2163" w:type="dxa"/>
            <w:tcBorders>
              <w:top w:val="single" w:sz="4" w:space="0" w:color="B9C8DA"/>
              <w:left w:val="single" w:sz="4" w:space="0" w:color="B9C8DA"/>
              <w:bottom w:val="single" w:sz="4" w:space="0" w:color="B9C8DA"/>
              <w:right w:val="single" w:sz="4" w:space="0" w:color="B9C8DA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DAEB7E6" w14:textId="77777777" w:rsidR="00D67871" w:rsidRDefault="00D67871"/>
        </w:tc>
      </w:tr>
      <w:tr w:rsidR="00D67871" w14:paraId="72A534F7" w14:textId="77777777" w:rsidTr="00457F14">
        <w:trPr>
          <w:trHeight w:hRule="exact" w:val="635"/>
          <w:jc w:val="center"/>
        </w:trPr>
        <w:tc>
          <w:tcPr>
            <w:tcW w:w="2991" w:type="dxa"/>
            <w:tcBorders>
              <w:top w:val="single" w:sz="4" w:space="0" w:color="B9C8DA"/>
              <w:left w:val="single" w:sz="4" w:space="0" w:color="B9C8DA"/>
              <w:bottom w:val="single" w:sz="4" w:space="0" w:color="B9C8DA"/>
              <w:right w:val="single" w:sz="4" w:space="0" w:color="B9C8DA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2F1CF03" w14:textId="77777777" w:rsidR="00D67871" w:rsidRDefault="00D67871"/>
        </w:tc>
        <w:tc>
          <w:tcPr>
            <w:tcW w:w="1354" w:type="dxa"/>
            <w:tcBorders>
              <w:top w:val="single" w:sz="4" w:space="0" w:color="B9C8DA"/>
              <w:left w:val="single" w:sz="4" w:space="0" w:color="B9C8DA"/>
              <w:bottom w:val="single" w:sz="4" w:space="0" w:color="B9C8DA"/>
              <w:right w:val="single" w:sz="4" w:space="0" w:color="B9C8DA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19F9117" w14:textId="77777777" w:rsidR="00D67871" w:rsidRDefault="00D67871"/>
        </w:tc>
        <w:tc>
          <w:tcPr>
            <w:tcW w:w="2257" w:type="dxa"/>
            <w:gridSpan w:val="2"/>
            <w:tcBorders>
              <w:top w:val="single" w:sz="4" w:space="0" w:color="B9C8DA"/>
              <w:left w:val="single" w:sz="4" w:space="0" w:color="B9C8DA"/>
              <w:bottom w:val="single" w:sz="4" w:space="0" w:color="B9C8DA"/>
              <w:right w:val="single" w:sz="4" w:space="0" w:color="B9C8DA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18DE185" w14:textId="77777777" w:rsidR="00D67871" w:rsidRDefault="00D67871"/>
        </w:tc>
        <w:tc>
          <w:tcPr>
            <w:tcW w:w="1016" w:type="dxa"/>
            <w:tcBorders>
              <w:top w:val="single" w:sz="4" w:space="0" w:color="B9C8DA"/>
              <w:left w:val="single" w:sz="4" w:space="0" w:color="B9C8DA"/>
              <w:bottom w:val="single" w:sz="4" w:space="0" w:color="B9C8DA"/>
              <w:right w:val="single" w:sz="4" w:space="0" w:color="B9C8DA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B116DB4" w14:textId="77777777" w:rsidR="00D67871" w:rsidRDefault="00D67871"/>
        </w:tc>
        <w:tc>
          <w:tcPr>
            <w:tcW w:w="2163" w:type="dxa"/>
            <w:tcBorders>
              <w:top w:val="single" w:sz="4" w:space="0" w:color="B9C8DA"/>
              <w:left w:val="single" w:sz="4" w:space="0" w:color="B9C8DA"/>
              <w:bottom w:val="single" w:sz="4" w:space="0" w:color="B9C8DA"/>
              <w:right w:val="single" w:sz="4" w:space="0" w:color="B9C8DA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6AA69AF" w14:textId="77777777" w:rsidR="00D67871" w:rsidRDefault="00D67871"/>
        </w:tc>
      </w:tr>
      <w:tr w:rsidR="00D67871" w14:paraId="4523237E" w14:textId="77777777" w:rsidTr="00457F14">
        <w:trPr>
          <w:trHeight w:hRule="exact" w:val="635"/>
          <w:jc w:val="center"/>
        </w:trPr>
        <w:tc>
          <w:tcPr>
            <w:tcW w:w="2991" w:type="dxa"/>
            <w:tcBorders>
              <w:top w:val="single" w:sz="4" w:space="0" w:color="B9C8DA"/>
              <w:left w:val="single" w:sz="4" w:space="0" w:color="B9C8DA"/>
              <w:bottom w:val="single" w:sz="4" w:space="0" w:color="B9C8DA"/>
              <w:right w:val="single" w:sz="4" w:space="0" w:color="B9C8DA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6EDD221" w14:textId="77777777" w:rsidR="00D67871" w:rsidRDefault="00D67871"/>
        </w:tc>
        <w:tc>
          <w:tcPr>
            <w:tcW w:w="1354" w:type="dxa"/>
            <w:tcBorders>
              <w:top w:val="single" w:sz="4" w:space="0" w:color="B9C8DA"/>
              <w:left w:val="single" w:sz="4" w:space="0" w:color="B9C8DA"/>
              <w:bottom w:val="single" w:sz="4" w:space="0" w:color="B9C8DA"/>
              <w:right w:val="single" w:sz="4" w:space="0" w:color="B9C8DA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CA31322" w14:textId="77777777" w:rsidR="00D67871" w:rsidRDefault="00D67871"/>
        </w:tc>
        <w:tc>
          <w:tcPr>
            <w:tcW w:w="2257" w:type="dxa"/>
            <w:gridSpan w:val="2"/>
            <w:tcBorders>
              <w:top w:val="single" w:sz="4" w:space="0" w:color="B9C8DA"/>
              <w:left w:val="single" w:sz="4" w:space="0" w:color="B9C8DA"/>
              <w:bottom w:val="single" w:sz="4" w:space="0" w:color="B9C8DA"/>
              <w:right w:val="single" w:sz="4" w:space="0" w:color="B9C8DA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721BC59" w14:textId="77777777" w:rsidR="00D67871" w:rsidRDefault="00D67871"/>
        </w:tc>
        <w:tc>
          <w:tcPr>
            <w:tcW w:w="1016" w:type="dxa"/>
            <w:tcBorders>
              <w:top w:val="single" w:sz="4" w:space="0" w:color="B9C8DA"/>
              <w:left w:val="single" w:sz="4" w:space="0" w:color="B9C8DA"/>
              <w:bottom w:val="single" w:sz="4" w:space="0" w:color="B9C8DA"/>
              <w:right w:val="single" w:sz="4" w:space="0" w:color="B9C8DA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4435044" w14:textId="77777777" w:rsidR="00D67871" w:rsidRDefault="00D67871"/>
        </w:tc>
        <w:tc>
          <w:tcPr>
            <w:tcW w:w="2163" w:type="dxa"/>
            <w:tcBorders>
              <w:top w:val="single" w:sz="4" w:space="0" w:color="B9C8DA"/>
              <w:left w:val="single" w:sz="4" w:space="0" w:color="B9C8DA"/>
              <w:bottom w:val="single" w:sz="4" w:space="0" w:color="B9C8DA"/>
              <w:right w:val="single" w:sz="4" w:space="0" w:color="B9C8DA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56B0172" w14:textId="77777777" w:rsidR="00D67871" w:rsidRDefault="00D67871"/>
        </w:tc>
      </w:tr>
      <w:tr w:rsidR="00D67871" w14:paraId="01B56464" w14:textId="77777777" w:rsidTr="007F7791">
        <w:trPr>
          <w:trHeight w:hRule="exact" w:val="408"/>
          <w:jc w:val="center"/>
        </w:trPr>
        <w:tc>
          <w:tcPr>
            <w:tcW w:w="9781" w:type="dxa"/>
            <w:gridSpan w:val="6"/>
            <w:shd w:val="clear" w:color="auto" w:fill="000000" w:themeFill="text1"/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701571A3" w14:textId="77777777" w:rsidR="00D67871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4 ŠTA ŽELITE DA URADIMO?</w:t>
            </w:r>
          </w:p>
        </w:tc>
      </w:tr>
    </w:tbl>
    <w:p w14:paraId="26D912A4" w14:textId="77777777" w:rsidR="00D67871" w:rsidRDefault="00000000">
      <w:pPr>
        <w:spacing w:before="40" w:after="40"/>
        <w:jc w:val="center"/>
      </w:pPr>
      <w:r>
        <w:rPr>
          <w:sz w:val="15"/>
        </w:rPr>
        <w:t xml:space="preserve">☐ </w:t>
      </w:r>
      <w:proofErr w:type="spellStart"/>
      <w:r>
        <w:rPr>
          <w:sz w:val="15"/>
        </w:rPr>
        <w:t>Povrat</w:t>
      </w:r>
      <w:proofErr w:type="spellEnd"/>
      <w:r>
        <w:rPr>
          <w:sz w:val="15"/>
        </w:rPr>
        <w:t xml:space="preserve"> robe </w:t>
      </w:r>
      <w:proofErr w:type="spellStart"/>
      <w:r>
        <w:rPr>
          <w:sz w:val="15"/>
        </w:rPr>
        <w:t>i</w:t>
      </w:r>
      <w:proofErr w:type="spellEnd"/>
      <w:r>
        <w:rPr>
          <w:sz w:val="15"/>
        </w:rPr>
        <w:t xml:space="preserve"> </w:t>
      </w:r>
      <w:proofErr w:type="spellStart"/>
      <w:r>
        <w:rPr>
          <w:sz w:val="15"/>
        </w:rPr>
        <w:t>povrat</w:t>
      </w:r>
      <w:proofErr w:type="spellEnd"/>
      <w:r>
        <w:rPr>
          <w:sz w:val="15"/>
        </w:rPr>
        <w:t xml:space="preserve"> novca       ☐ Zamena za drugi proizvod       ☐ Zamena za drugu veličinu / boju / varijantu</w:t>
      </w:r>
    </w:p>
    <w:tbl>
      <w:tblPr>
        <w:tblW w:w="9781" w:type="dxa"/>
        <w:jc w:val="center"/>
        <w:tblLayout w:type="fixed"/>
        <w:tblLook w:val="04A0" w:firstRow="1" w:lastRow="0" w:firstColumn="1" w:lastColumn="0" w:noHBand="0" w:noVBand="1"/>
      </w:tblPr>
      <w:tblGrid>
        <w:gridCol w:w="3283"/>
        <w:gridCol w:w="1642"/>
        <w:gridCol w:w="1642"/>
        <w:gridCol w:w="3214"/>
      </w:tblGrid>
      <w:tr w:rsidR="00D67871" w14:paraId="7EA5BF11" w14:textId="77777777" w:rsidTr="00457F14">
        <w:trPr>
          <w:trHeight w:hRule="exact" w:val="499"/>
          <w:jc w:val="center"/>
        </w:trPr>
        <w:tc>
          <w:tcPr>
            <w:tcW w:w="4925" w:type="dxa"/>
            <w:gridSpan w:val="2"/>
            <w:tcBorders>
              <w:top w:val="single" w:sz="4" w:space="0" w:color="B9C8DA"/>
              <w:left w:val="single" w:sz="4" w:space="0" w:color="B9C8DA"/>
              <w:bottom w:val="single" w:sz="4" w:space="0" w:color="B9C8DA"/>
              <w:right w:val="single" w:sz="4" w:space="0" w:color="B9C8DA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0ACEDE7" w14:textId="77777777" w:rsidR="00D67871" w:rsidRDefault="00000000">
            <w:pPr>
              <w:spacing w:after="0"/>
            </w:pPr>
            <w:proofErr w:type="spellStart"/>
            <w:r>
              <w:rPr>
                <w:b/>
                <w:sz w:val="15"/>
              </w:rPr>
              <w:t>Naziv</w:t>
            </w:r>
            <w:proofErr w:type="spellEnd"/>
            <w:r>
              <w:rPr>
                <w:b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proizvoda</w:t>
            </w:r>
            <w:proofErr w:type="spellEnd"/>
            <w:r>
              <w:rPr>
                <w:b/>
                <w:sz w:val="15"/>
              </w:rPr>
              <w:t xml:space="preserve">: </w:t>
            </w:r>
            <w:r>
              <w:rPr>
                <w:color w:val="B9C8DA"/>
              </w:rPr>
              <w:t>_________________________</w:t>
            </w:r>
          </w:p>
        </w:tc>
        <w:tc>
          <w:tcPr>
            <w:tcW w:w="4856" w:type="dxa"/>
            <w:gridSpan w:val="2"/>
            <w:tcBorders>
              <w:top w:val="single" w:sz="4" w:space="0" w:color="B9C8DA"/>
              <w:left w:val="single" w:sz="4" w:space="0" w:color="B9C8DA"/>
              <w:bottom w:val="single" w:sz="4" w:space="0" w:color="B9C8DA"/>
              <w:right w:val="single" w:sz="4" w:space="0" w:color="B9C8DA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52F9CF9" w14:textId="77777777" w:rsidR="00D67871" w:rsidRDefault="00000000">
            <w:pPr>
              <w:spacing w:after="0"/>
            </w:pPr>
            <w:r>
              <w:rPr>
                <w:b/>
                <w:sz w:val="15"/>
              </w:rPr>
              <w:t xml:space="preserve">Veličina / boja / varijanta: </w:t>
            </w:r>
            <w:r>
              <w:rPr>
                <w:color w:val="B9C8DA"/>
              </w:rPr>
              <w:t>_________________________</w:t>
            </w:r>
          </w:p>
        </w:tc>
      </w:tr>
      <w:tr w:rsidR="00D67871" w14:paraId="1110AC3B" w14:textId="77777777" w:rsidTr="00457F14">
        <w:trPr>
          <w:trHeight w:hRule="exact" w:val="499"/>
          <w:jc w:val="center"/>
        </w:trPr>
        <w:tc>
          <w:tcPr>
            <w:tcW w:w="4925" w:type="dxa"/>
            <w:gridSpan w:val="2"/>
            <w:tcBorders>
              <w:top w:val="single" w:sz="4" w:space="0" w:color="B9C8DA"/>
              <w:left w:val="single" w:sz="4" w:space="0" w:color="B9C8DA"/>
              <w:bottom w:val="single" w:sz="4" w:space="0" w:color="B9C8DA"/>
              <w:right w:val="single" w:sz="4" w:space="0" w:color="B9C8DA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79FDB60" w14:textId="77777777" w:rsidR="00D67871" w:rsidRDefault="00000000">
            <w:pPr>
              <w:spacing w:after="0"/>
            </w:pPr>
            <w:r>
              <w:rPr>
                <w:b/>
                <w:sz w:val="15"/>
              </w:rPr>
              <w:t xml:space="preserve">Šifra / SKU: </w:t>
            </w:r>
            <w:r>
              <w:rPr>
                <w:color w:val="B9C8DA"/>
              </w:rPr>
              <w:t>_________________________</w:t>
            </w:r>
          </w:p>
        </w:tc>
        <w:tc>
          <w:tcPr>
            <w:tcW w:w="4856" w:type="dxa"/>
            <w:gridSpan w:val="2"/>
            <w:tcBorders>
              <w:top w:val="single" w:sz="4" w:space="0" w:color="B9C8DA"/>
              <w:left w:val="single" w:sz="4" w:space="0" w:color="B9C8DA"/>
              <w:bottom w:val="single" w:sz="4" w:space="0" w:color="B9C8DA"/>
              <w:right w:val="single" w:sz="4" w:space="0" w:color="B9C8DA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AAFB072" w14:textId="77777777" w:rsidR="00D67871" w:rsidRDefault="00000000">
            <w:pPr>
              <w:spacing w:after="0"/>
            </w:pPr>
            <w:r>
              <w:rPr>
                <w:b/>
                <w:sz w:val="15"/>
              </w:rPr>
              <w:t xml:space="preserve">Napomena: </w:t>
            </w:r>
            <w:r>
              <w:rPr>
                <w:color w:val="B9C8DA"/>
              </w:rPr>
              <w:t>_________________________</w:t>
            </w:r>
          </w:p>
        </w:tc>
      </w:tr>
      <w:tr w:rsidR="00D67871" w14:paraId="227E05CA" w14:textId="77777777" w:rsidTr="007F7791">
        <w:trPr>
          <w:trHeight w:hRule="exact" w:val="386"/>
          <w:jc w:val="center"/>
        </w:trPr>
        <w:tc>
          <w:tcPr>
            <w:tcW w:w="4925" w:type="dxa"/>
            <w:gridSpan w:val="2"/>
            <w:tcBorders>
              <w:top w:val="single" w:sz="4" w:space="0" w:color="3C5E90"/>
              <w:left w:val="single" w:sz="4" w:space="0" w:color="3C5E90"/>
              <w:bottom w:val="single" w:sz="4" w:space="0" w:color="3C5E90"/>
              <w:right w:val="single" w:sz="4" w:space="0" w:color="3C5E90"/>
            </w:tcBorders>
            <w:shd w:val="clear" w:color="auto" w:fill="000000" w:themeFill="text1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7AC0A5B" w14:textId="77777777" w:rsidR="00D67871" w:rsidRDefault="00000000" w:rsidP="007F7791">
            <w:pPr>
              <w:spacing w:after="0"/>
            </w:pPr>
            <w:r>
              <w:rPr>
                <w:b/>
                <w:color w:val="FFFFFF"/>
                <w:sz w:val="15"/>
              </w:rPr>
              <w:t>5   PODACI ZA POVRAT NOVCA</w:t>
            </w:r>
          </w:p>
        </w:tc>
        <w:tc>
          <w:tcPr>
            <w:tcW w:w="4856" w:type="dxa"/>
            <w:gridSpan w:val="2"/>
            <w:tcBorders>
              <w:top w:val="single" w:sz="4" w:space="0" w:color="3C5E90"/>
              <w:left w:val="single" w:sz="4" w:space="0" w:color="3C5E90"/>
              <w:bottom w:val="single" w:sz="4" w:space="0" w:color="3C5E90"/>
              <w:right w:val="single" w:sz="4" w:space="0" w:color="3C5E90"/>
            </w:tcBorders>
            <w:shd w:val="clear" w:color="auto" w:fill="000000" w:themeFill="text1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E16245E" w14:textId="77777777" w:rsidR="00D67871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6   RAZLOG POVRATA / ZAMENE (OPCIONO)</w:t>
            </w:r>
          </w:p>
        </w:tc>
      </w:tr>
      <w:tr w:rsidR="00D67871" w14:paraId="6A6F7C68" w14:textId="77777777" w:rsidTr="00457F14">
        <w:trPr>
          <w:trHeight w:hRule="exact" w:val="1162"/>
          <w:jc w:val="center"/>
        </w:trPr>
        <w:tc>
          <w:tcPr>
            <w:tcW w:w="4925" w:type="dxa"/>
            <w:gridSpan w:val="2"/>
            <w:tcBorders>
              <w:top w:val="single" w:sz="4" w:space="0" w:color="B9C8DA"/>
              <w:left w:val="single" w:sz="4" w:space="0" w:color="B9C8DA"/>
              <w:bottom w:val="single" w:sz="4" w:space="0" w:color="B9C8DA"/>
              <w:right w:val="single" w:sz="4" w:space="0" w:color="B9C8D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7B0CF7A" w14:textId="4AD59865" w:rsidR="00D67871" w:rsidRDefault="00000000">
            <w:pPr>
              <w:spacing w:after="0"/>
            </w:pPr>
            <w:r>
              <w:rPr>
                <w:i/>
                <w:color w:val="667085"/>
                <w:sz w:val="14"/>
              </w:rPr>
              <w:t>Popunjava se samo za povrat novca.</w:t>
            </w:r>
            <w:r>
              <w:rPr>
                <w:i/>
                <w:color w:val="667085"/>
                <w:sz w:val="14"/>
              </w:rPr>
              <w:br/>
            </w:r>
            <w:r>
              <w:rPr>
                <w:sz w:val="14"/>
              </w:rPr>
              <w:t>Ime i prezime vlasnika računa: __________________</w:t>
            </w:r>
            <w:r>
              <w:rPr>
                <w:sz w:val="14"/>
              </w:rPr>
              <w:br/>
              <w:t>Broj tekućeg računa:  ___ - _____________ - __</w:t>
            </w:r>
            <w:r>
              <w:rPr>
                <w:sz w:val="14"/>
              </w:rPr>
              <w:br/>
              <w:t>Naziv banke: _________________________________</w:t>
            </w:r>
            <w:r>
              <w:rPr>
                <w:sz w:val="14"/>
              </w:rPr>
              <w:br/>
            </w:r>
          </w:p>
        </w:tc>
        <w:tc>
          <w:tcPr>
            <w:tcW w:w="4856" w:type="dxa"/>
            <w:gridSpan w:val="2"/>
            <w:tcBorders>
              <w:top w:val="single" w:sz="4" w:space="0" w:color="B9C8DA"/>
              <w:left w:val="single" w:sz="4" w:space="0" w:color="B9C8DA"/>
              <w:bottom w:val="single" w:sz="4" w:space="0" w:color="B9C8DA"/>
              <w:right w:val="single" w:sz="4" w:space="0" w:color="B9C8D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51464E5" w14:textId="77777777" w:rsidR="00D67871" w:rsidRDefault="00000000">
            <w:pPr>
              <w:spacing w:after="0"/>
            </w:pPr>
            <w:r>
              <w:rPr>
                <w:sz w:val="14"/>
              </w:rPr>
              <w:t>Napišite kratko razlog povrata ili zamene:</w:t>
            </w:r>
          </w:p>
        </w:tc>
      </w:tr>
      <w:tr w:rsidR="00D67871" w14:paraId="25C1FFA9" w14:textId="77777777" w:rsidTr="00457F14">
        <w:trPr>
          <w:trHeight w:hRule="exact" w:val="454"/>
          <w:jc w:val="center"/>
        </w:trPr>
        <w:tc>
          <w:tcPr>
            <w:tcW w:w="4925" w:type="dxa"/>
            <w:gridSpan w:val="2"/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52048C1B" w14:textId="77777777" w:rsidR="00D67871" w:rsidRDefault="00000000">
            <w:pPr>
              <w:spacing w:after="0"/>
            </w:pPr>
            <w:r>
              <w:rPr>
                <w:b/>
                <w:sz w:val="15"/>
              </w:rPr>
              <w:t xml:space="preserve">Datum: </w:t>
            </w:r>
            <w:r>
              <w:rPr>
                <w:color w:val="B9C8DA"/>
              </w:rPr>
              <w:t>____________________________</w:t>
            </w:r>
          </w:p>
        </w:tc>
        <w:tc>
          <w:tcPr>
            <w:tcW w:w="4856" w:type="dxa"/>
            <w:gridSpan w:val="2"/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137FB7FC" w14:textId="77777777" w:rsidR="00D67871" w:rsidRDefault="00000000">
            <w:pPr>
              <w:spacing w:after="0"/>
            </w:pPr>
            <w:r>
              <w:rPr>
                <w:b/>
                <w:sz w:val="15"/>
              </w:rPr>
              <w:t xml:space="preserve">Potpis kupca: </w:t>
            </w:r>
            <w:r>
              <w:rPr>
                <w:color w:val="B9C8DA"/>
              </w:rPr>
              <w:t>____________________________</w:t>
            </w:r>
          </w:p>
        </w:tc>
      </w:tr>
      <w:tr w:rsidR="00D67871" w14:paraId="06246CC2" w14:textId="77777777" w:rsidTr="00457F14">
        <w:trPr>
          <w:trHeight w:hRule="exact" w:val="1134"/>
          <w:jc w:val="center"/>
        </w:trPr>
        <w:tc>
          <w:tcPr>
            <w:tcW w:w="3283" w:type="dxa"/>
            <w:shd w:val="clear" w:color="auto" w:fill="F4F7F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79CA51" w14:textId="77777777" w:rsidR="00D67871" w:rsidRPr="007F7791" w:rsidRDefault="00000000">
            <w:pPr>
              <w:spacing w:after="0"/>
              <w:rPr>
                <w:color w:val="auto"/>
              </w:rPr>
            </w:pPr>
            <w:r w:rsidRPr="007F7791">
              <w:rPr>
                <w:b/>
                <w:color w:val="auto"/>
                <w:sz w:val="14"/>
              </w:rPr>
              <w:t>UPUTSTVO ZA VRAĆANJE / ZAMENU</w:t>
            </w:r>
            <w:r w:rsidRPr="007F7791">
              <w:rPr>
                <w:b/>
                <w:color w:val="auto"/>
                <w:sz w:val="14"/>
              </w:rPr>
              <w:br/>
            </w:r>
            <w:r w:rsidRPr="007F7791">
              <w:rPr>
                <w:color w:val="auto"/>
                <w:sz w:val="13"/>
              </w:rPr>
              <w:t>• Pažljivo upakujte robu kako se ne bi oštetila u transportu.</w:t>
            </w:r>
            <w:r w:rsidRPr="007F7791">
              <w:rPr>
                <w:color w:val="auto"/>
                <w:sz w:val="13"/>
              </w:rPr>
              <w:br/>
              <w:t>• Uz paket priložite popunjen obrazac.</w:t>
            </w:r>
            <w:r w:rsidRPr="007F7791">
              <w:rPr>
                <w:color w:val="auto"/>
                <w:sz w:val="13"/>
              </w:rPr>
              <w:br/>
              <w:t>• Sačuvajte dokaz o slanju do završetka postupka.</w:t>
            </w:r>
            <w:r w:rsidRPr="007F7791">
              <w:rPr>
                <w:color w:val="auto"/>
                <w:sz w:val="13"/>
              </w:rPr>
              <w:br/>
            </w:r>
          </w:p>
        </w:tc>
        <w:tc>
          <w:tcPr>
            <w:tcW w:w="3284" w:type="dxa"/>
            <w:gridSpan w:val="2"/>
            <w:shd w:val="clear" w:color="auto" w:fill="F4F7F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5349B0" w14:textId="78A8CF92" w:rsidR="00D67871" w:rsidRPr="007F7791" w:rsidRDefault="00000000">
            <w:pPr>
              <w:spacing w:after="0"/>
              <w:rPr>
                <w:color w:val="auto"/>
              </w:rPr>
            </w:pPr>
            <w:r w:rsidRPr="007F7791">
              <w:rPr>
                <w:b/>
                <w:color w:val="auto"/>
                <w:sz w:val="14"/>
              </w:rPr>
              <w:t>ADRESA ZA SLANJE / KONTAKT</w:t>
            </w:r>
            <w:r w:rsidRPr="007F7791">
              <w:rPr>
                <w:b/>
                <w:color w:val="auto"/>
                <w:sz w:val="14"/>
              </w:rPr>
              <w:br/>
            </w:r>
            <w:proofErr w:type="spellStart"/>
            <w:r w:rsidRPr="007F7791">
              <w:rPr>
                <w:color w:val="auto"/>
                <w:sz w:val="13"/>
              </w:rPr>
              <w:t>Adresa</w:t>
            </w:r>
            <w:proofErr w:type="spellEnd"/>
            <w:r w:rsidRPr="007F7791">
              <w:rPr>
                <w:color w:val="auto"/>
                <w:sz w:val="13"/>
              </w:rPr>
              <w:t xml:space="preserve">: </w:t>
            </w:r>
            <w:proofErr w:type="spellStart"/>
            <w:r w:rsidR="007E0A60" w:rsidRPr="007F7791">
              <w:rPr>
                <w:color w:val="auto"/>
                <w:sz w:val="13"/>
              </w:rPr>
              <w:t>Dimitrija</w:t>
            </w:r>
            <w:proofErr w:type="spellEnd"/>
            <w:r w:rsidR="007E0A60" w:rsidRPr="007F7791">
              <w:rPr>
                <w:color w:val="auto"/>
                <w:sz w:val="13"/>
              </w:rPr>
              <w:t xml:space="preserve"> </w:t>
            </w:r>
            <w:proofErr w:type="spellStart"/>
            <w:r w:rsidR="007E0A60" w:rsidRPr="007F7791">
              <w:rPr>
                <w:color w:val="auto"/>
                <w:sz w:val="13"/>
              </w:rPr>
              <w:t>Tucovića</w:t>
            </w:r>
            <w:proofErr w:type="spellEnd"/>
            <w:r w:rsidR="007E0A60" w:rsidRPr="007F7791">
              <w:rPr>
                <w:color w:val="auto"/>
                <w:sz w:val="13"/>
              </w:rPr>
              <w:t xml:space="preserve"> 68, 36300 Novi Pazar</w:t>
            </w:r>
            <w:r w:rsidRPr="007F7791">
              <w:rPr>
                <w:color w:val="auto"/>
                <w:sz w:val="13"/>
              </w:rPr>
              <w:br/>
            </w:r>
            <w:proofErr w:type="spellStart"/>
            <w:r w:rsidRPr="007F7791">
              <w:rPr>
                <w:color w:val="auto"/>
                <w:sz w:val="13"/>
              </w:rPr>
              <w:t>Telefon</w:t>
            </w:r>
            <w:proofErr w:type="spellEnd"/>
            <w:r w:rsidRPr="007F7791">
              <w:rPr>
                <w:color w:val="auto"/>
                <w:sz w:val="13"/>
              </w:rPr>
              <w:t xml:space="preserve">: </w:t>
            </w:r>
            <w:r w:rsidR="007E0A60" w:rsidRPr="007F7791">
              <w:rPr>
                <w:color w:val="auto"/>
                <w:sz w:val="13"/>
              </w:rPr>
              <w:t xml:space="preserve">066 </w:t>
            </w:r>
            <w:r w:rsidR="00457F14" w:rsidRPr="007F7791">
              <w:rPr>
                <w:color w:val="auto"/>
                <w:sz w:val="13"/>
              </w:rPr>
              <w:t xml:space="preserve">/ </w:t>
            </w:r>
            <w:r w:rsidR="007E0A60" w:rsidRPr="007F7791">
              <w:rPr>
                <w:color w:val="auto"/>
                <w:sz w:val="13"/>
              </w:rPr>
              <w:t>550 4400</w:t>
            </w:r>
            <w:r w:rsidRPr="007F7791">
              <w:rPr>
                <w:color w:val="auto"/>
                <w:sz w:val="13"/>
              </w:rPr>
              <w:br/>
              <w:t xml:space="preserve">E-mail: </w:t>
            </w:r>
            <w:r w:rsidR="007E0A60" w:rsidRPr="007F7791">
              <w:rPr>
                <w:color w:val="auto"/>
                <w:sz w:val="13"/>
              </w:rPr>
              <w:t>office@kidilo.rs</w:t>
            </w:r>
            <w:r w:rsidRPr="007F7791">
              <w:rPr>
                <w:color w:val="auto"/>
                <w:sz w:val="13"/>
              </w:rPr>
              <w:br/>
            </w:r>
          </w:p>
        </w:tc>
        <w:tc>
          <w:tcPr>
            <w:tcW w:w="3214" w:type="dxa"/>
            <w:shd w:val="clear" w:color="auto" w:fill="F4F7F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3EAA9F" w14:textId="77777777" w:rsidR="00D67871" w:rsidRPr="007F7791" w:rsidRDefault="00000000">
            <w:pPr>
              <w:spacing w:after="0"/>
              <w:rPr>
                <w:color w:val="auto"/>
              </w:rPr>
            </w:pPr>
            <w:r w:rsidRPr="007F7791">
              <w:rPr>
                <w:b/>
                <w:color w:val="auto"/>
                <w:sz w:val="14"/>
              </w:rPr>
              <w:t>NAPOMENA</w:t>
            </w:r>
            <w:r w:rsidRPr="007F7791">
              <w:rPr>
                <w:b/>
                <w:color w:val="auto"/>
                <w:sz w:val="14"/>
              </w:rPr>
              <w:br/>
            </w:r>
            <w:r w:rsidRPr="007F7791">
              <w:rPr>
                <w:color w:val="auto"/>
                <w:sz w:val="13"/>
              </w:rPr>
              <w:t>• Obrazac koristite za povrat ili zamenu robe kupljene preko kidilo.rs.</w:t>
            </w:r>
            <w:r w:rsidRPr="007F7791">
              <w:rPr>
                <w:color w:val="auto"/>
                <w:sz w:val="13"/>
              </w:rPr>
              <w:br/>
              <w:t>• Za dodatna pitanja kontaktirajte nas pre slanja pošiljke.</w:t>
            </w:r>
            <w:r w:rsidRPr="007F7791">
              <w:rPr>
                <w:color w:val="auto"/>
                <w:sz w:val="13"/>
              </w:rPr>
              <w:br/>
            </w:r>
          </w:p>
        </w:tc>
      </w:tr>
    </w:tbl>
    <w:p w14:paraId="3E6CFD88" w14:textId="17C968AA" w:rsidR="00D67871" w:rsidRPr="007F7791" w:rsidRDefault="00000000">
      <w:pPr>
        <w:spacing w:before="120" w:after="0"/>
        <w:jc w:val="center"/>
        <w:rPr>
          <w:color w:val="auto"/>
        </w:rPr>
      </w:pPr>
      <w:r w:rsidRPr="007F7791">
        <w:rPr>
          <w:b/>
          <w:color w:val="auto"/>
        </w:rPr>
        <w:t>www.</w:t>
      </w:r>
      <w:r w:rsidR="007F7791">
        <w:rPr>
          <w:b/>
          <w:color w:val="auto"/>
        </w:rPr>
        <w:t>becart</w:t>
      </w:r>
      <w:r w:rsidRPr="007F7791">
        <w:rPr>
          <w:b/>
          <w:color w:val="auto"/>
        </w:rPr>
        <w:t>o.rs</w:t>
      </w:r>
    </w:p>
    <w:sectPr w:rsidR="00D67871" w:rsidRPr="007F7791" w:rsidSect="00034616">
      <w:pgSz w:w="11906" w:h="16838"/>
      <w:pgMar w:top="567" w:right="1020" w:bottom="56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23702736">
    <w:abstractNumId w:val="8"/>
  </w:num>
  <w:num w:numId="2" w16cid:durableId="987051213">
    <w:abstractNumId w:val="6"/>
  </w:num>
  <w:num w:numId="3" w16cid:durableId="1234705076">
    <w:abstractNumId w:val="5"/>
  </w:num>
  <w:num w:numId="4" w16cid:durableId="508638726">
    <w:abstractNumId w:val="4"/>
  </w:num>
  <w:num w:numId="5" w16cid:durableId="341015199">
    <w:abstractNumId w:val="7"/>
  </w:num>
  <w:num w:numId="6" w16cid:durableId="1909413818">
    <w:abstractNumId w:val="3"/>
  </w:num>
  <w:num w:numId="7" w16cid:durableId="1748720650">
    <w:abstractNumId w:val="2"/>
  </w:num>
  <w:num w:numId="8" w16cid:durableId="826559895">
    <w:abstractNumId w:val="1"/>
  </w:num>
  <w:num w:numId="9" w16cid:durableId="1240409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3D4C"/>
    <w:rsid w:val="0029639D"/>
    <w:rsid w:val="00326F90"/>
    <w:rsid w:val="00457F14"/>
    <w:rsid w:val="007E0A60"/>
    <w:rsid w:val="007F7791"/>
    <w:rsid w:val="009319D1"/>
    <w:rsid w:val="00AA1D8D"/>
    <w:rsid w:val="00B47730"/>
    <w:rsid w:val="00CB0664"/>
    <w:rsid w:val="00D67871"/>
    <w:rsid w:val="00F621E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0A3B76"/>
  <w14:defaultImageDpi w14:val="300"/>
  <w15:docId w15:val="{C0962032-3109-A04D-B532-3C6CCB757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24364B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Uzgidebas</cp:lastModifiedBy>
  <cp:revision>2</cp:revision>
  <dcterms:created xsi:type="dcterms:W3CDTF">2026-10-12T15:04:00Z</dcterms:created>
  <dcterms:modified xsi:type="dcterms:W3CDTF">2026-10-12T15:04:00Z</dcterms:modified>
  <cp:category/>
</cp:coreProperties>
</file>